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09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628"/>
        <w:gridCol w:w="44"/>
        <w:gridCol w:w="848"/>
        <w:gridCol w:w="2991"/>
        <w:gridCol w:w="22"/>
      </w:tblGrid>
      <w:tr w:rsidR="00583161" w14:paraId="2BEE9827" w14:textId="77777777">
        <w:trPr>
          <w:gridAfter w:val="1"/>
          <w:wAfter w:w="22" w:type="dxa"/>
          <w:trHeight w:hRule="exact" w:val="504"/>
        </w:trPr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0" w:type="dxa"/>
              <w:bottom w:w="0" w:type="dxa"/>
              <w:right w:w="0" w:type="dxa"/>
            </w:tcMar>
          </w:tcPr>
          <w:p w14:paraId="1EBF899F" w14:textId="672D6276" w:rsidR="00583161" w:rsidRDefault="00B422F9">
            <w:pPr>
              <w:spacing w:before="50" w:line="240" w:lineRule="exact"/>
            </w:pPr>
            <w:proofErr w:type="spellStart"/>
            <w:r>
              <w:rPr>
                <w:b/>
                <w:sz w:val="21"/>
              </w:rPr>
              <w:t>Untersuchungsanfrage</w:t>
            </w:r>
            <w:proofErr w:type="spellEnd"/>
          </w:p>
        </w:tc>
        <w:tc>
          <w:tcPr>
            <w:tcW w:w="389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0" w:type="dxa"/>
              <w:bottom w:w="0" w:type="dxa"/>
              <w:right w:w="0" w:type="dxa"/>
            </w:tcMar>
          </w:tcPr>
          <w:p w14:paraId="350F6DA8" w14:textId="77777777" w:rsidR="00583161" w:rsidRDefault="00000000">
            <w:pPr>
              <w:spacing w:before="306"/>
              <w:ind w:right="-164"/>
              <w:jc w:val="right"/>
            </w:pPr>
            <w:r>
              <w:rPr>
                <w:noProof/>
              </w:rPr>
              <w:drawing>
                <wp:inline distT="0" distB="0" distL="0" distR="0" wp14:anchorId="48FD5F00" wp14:editId="3B326A54">
                  <wp:extent cx="994410" cy="29527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ader_logo_from_template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4410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161" w14:paraId="4AA7A2DF" w14:textId="77777777">
        <w:tblPrEx>
          <w:tblBorders>
            <w:top w:val="single" w:sz="8" w:space="0" w:color="BFBFBF"/>
            <w:left w:val="single" w:sz="8" w:space="0" w:color="BFBFBF"/>
            <w:bottom w:val="single" w:sz="8" w:space="0" w:color="BFBFBF"/>
            <w:right w:val="single" w:sz="8" w:space="0" w:color="BFBFBF"/>
            <w:insideH w:val="single" w:sz="8" w:space="0" w:color="BFBFBF"/>
            <w:insideV w:val="single" w:sz="8" w:space="0" w:color="BFBFBF"/>
          </w:tblBorders>
        </w:tblPrEx>
        <w:trPr>
          <w:trHeight w:hRule="exact" w:val="560"/>
        </w:trPr>
        <w:tc>
          <w:tcPr>
            <w:tcW w:w="1565" w:type="dxa"/>
            <w:shd w:val="clear" w:color="auto" w:fill="F2F2F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7B4FED00" w14:textId="77777777" w:rsidR="00583161" w:rsidRDefault="00000000">
            <w:pPr>
              <w:spacing w:line="254" w:lineRule="exact"/>
            </w:pPr>
            <w:r>
              <w:t xml:space="preserve">☐ Herr  </w:t>
            </w:r>
            <w:r>
              <w:br/>
              <w:t>☐ Frau</w:t>
            </w:r>
          </w:p>
        </w:tc>
        <w:tc>
          <w:tcPr>
            <w:tcW w:w="2679" w:type="dxa"/>
            <w:gridSpan w:val="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44441B3A" w14:textId="77777777" w:rsidR="00583161" w:rsidRDefault="00583161"/>
        </w:tc>
        <w:tc>
          <w:tcPr>
            <w:tcW w:w="850" w:type="dxa"/>
            <w:shd w:val="clear" w:color="auto" w:fill="F2F2F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03D54E39" w14:textId="77777777" w:rsidR="00583161" w:rsidRDefault="00000000">
            <w:pPr>
              <w:spacing w:before="100" w:line="230" w:lineRule="exact"/>
            </w:pPr>
            <w:r>
              <w:t>Datum</w:t>
            </w:r>
          </w:p>
        </w:tc>
        <w:tc>
          <w:tcPr>
            <w:tcW w:w="2999" w:type="dxa"/>
            <w:gridSpan w:val="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2926A57E" w14:textId="77777777" w:rsidR="00583161" w:rsidRDefault="00583161"/>
        </w:tc>
      </w:tr>
      <w:tr w:rsidR="00583161" w14:paraId="09221485" w14:textId="77777777">
        <w:tblPrEx>
          <w:tblBorders>
            <w:top w:val="single" w:sz="8" w:space="0" w:color="BFBFBF"/>
            <w:left w:val="single" w:sz="8" w:space="0" w:color="BFBFBF"/>
            <w:bottom w:val="single" w:sz="8" w:space="0" w:color="BFBFBF"/>
            <w:right w:val="single" w:sz="8" w:space="0" w:color="BFBFBF"/>
            <w:insideH w:val="single" w:sz="8" w:space="0" w:color="BFBFBF"/>
            <w:insideV w:val="single" w:sz="8" w:space="0" w:color="BFBFBF"/>
          </w:tblBorders>
        </w:tblPrEx>
        <w:trPr>
          <w:trHeight w:hRule="exact" w:val="408"/>
        </w:trPr>
        <w:tc>
          <w:tcPr>
            <w:tcW w:w="1565" w:type="dxa"/>
            <w:shd w:val="clear" w:color="auto" w:fill="F2F2F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1C202586" w14:textId="77777777" w:rsidR="00583161" w:rsidRDefault="00000000">
            <w:pPr>
              <w:spacing w:before="20" w:line="230" w:lineRule="exact"/>
            </w:pPr>
            <w:r>
              <w:t>Firma</w:t>
            </w:r>
          </w:p>
        </w:tc>
        <w:tc>
          <w:tcPr>
            <w:tcW w:w="2679" w:type="dxa"/>
            <w:gridSpan w:val="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184C375C" w14:textId="77777777" w:rsidR="00583161" w:rsidRDefault="00583161"/>
        </w:tc>
        <w:tc>
          <w:tcPr>
            <w:tcW w:w="850" w:type="dxa"/>
            <w:shd w:val="clear" w:color="auto" w:fill="F2F2F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3EF4884F" w14:textId="77777777" w:rsidR="00583161" w:rsidRDefault="00000000">
            <w:pPr>
              <w:spacing w:before="20" w:line="230" w:lineRule="exact"/>
            </w:pPr>
            <w:r>
              <w:t>E-Mail</w:t>
            </w:r>
          </w:p>
        </w:tc>
        <w:tc>
          <w:tcPr>
            <w:tcW w:w="2999" w:type="dxa"/>
            <w:gridSpan w:val="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461E07E7" w14:textId="77777777" w:rsidR="00583161" w:rsidRDefault="00583161"/>
        </w:tc>
      </w:tr>
      <w:tr w:rsidR="00583161" w14:paraId="50F3BF37" w14:textId="77777777">
        <w:tblPrEx>
          <w:tblBorders>
            <w:top w:val="single" w:sz="8" w:space="0" w:color="BFBFBF"/>
            <w:left w:val="single" w:sz="8" w:space="0" w:color="BFBFBF"/>
            <w:bottom w:val="single" w:sz="8" w:space="0" w:color="BFBFBF"/>
            <w:right w:val="single" w:sz="8" w:space="0" w:color="BFBFBF"/>
            <w:insideH w:val="single" w:sz="8" w:space="0" w:color="BFBFBF"/>
            <w:insideV w:val="single" w:sz="8" w:space="0" w:color="BFBFBF"/>
          </w:tblBorders>
        </w:tblPrEx>
        <w:trPr>
          <w:trHeight w:hRule="exact" w:val="571"/>
        </w:trPr>
        <w:tc>
          <w:tcPr>
            <w:tcW w:w="1565" w:type="dxa"/>
            <w:shd w:val="clear" w:color="auto" w:fill="F2F2F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7B79DF7F" w14:textId="77777777" w:rsidR="00583161" w:rsidRDefault="00000000">
            <w:pPr>
              <w:spacing w:before="100" w:line="230" w:lineRule="exact"/>
            </w:pPr>
            <w:r>
              <w:t>Straße, Ort</w:t>
            </w:r>
          </w:p>
        </w:tc>
        <w:tc>
          <w:tcPr>
            <w:tcW w:w="2679" w:type="dxa"/>
            <w:gridSpan w:val="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0D7FF949" w14:textId="77777777" w:rsidR="00583161" w:rsidRDefault="00583161"/>
        </w:tc>
        <w:tc>
          <w:tcPr>
            <w:tcW w:w="850" w:type="dxa"/>
            <w:shd w:val="clear" w:color="auto" w:fill="F2F2F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018B1999" w14:textId="77777777" w:rsidR="00583161" w:rsidRDefault="00000000">
            <w:pPr>
              <w:spacing w:before="100" w:line="230" w:lineRule="exact"/>
            </w:pPr>
            <w:r>
              <w:t>Telefon</w:t>
            </w:r>
          </w:p>
        </w:tc>
        <w:tc>
          <w:tcPr>
            <w:tcW w:w="2999" w:type="dxa"/>
            <w:gridSpan w:val="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5061BF46" w14:textId="77777777" w:rsidR="00583161" w:rsidRDefault="00583161"/>
        </w:tc>
      </w:tr>
    </w:tbl>
    <w:p w14:paraId="31FB7DAB" w14:textId="77777777" w:rsidR="00583161" w:rsidRDefault="00583161">
      <w:pPr>
        <w:spacing w:line="132" w:lineRule="exact"/>
      </w:pPr>
    </w:p>
    <w:tbl>
      <w:tblPr>
        <w:tblW w:w="8093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4235"/>
        <w:gridCol w:w="3858"/>
      </w:tblGrid>
      <w:tr w:rsidR="00583161" w14:paraId="5916BD9A" w14:textId="77777777">
        <w:trPr>
          <w:trHeight w:hRule="exact" w:val="497"/>
        </w:trPr>
        <w:tc>
          <w:tcPr>
            <w:tcW w:w="8093" w:type="dxa"/>
            <w:gridSpan w:val="2"/>
            <w:shd w:val="clear" w:color="auto" w:fill="F2F2F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1810D70D" w14:textId="77777777" w:rsidR="00583161" w:rsidRDefault="00000000">
            <w:pPr>
              <w:spacing w:line="240" w:lineRule="exact"/>
            </w:pPr>
            <w:r>
              <w:rPr>
                <w:b/>
                <w:sz w:val="21"/>
              </w:rPr>
              <w:t xml:space="preserve">Betrifft </w:t>
            </w:r>
            <w:r>
              <w:rPr>
                <w:i/>
                <w:sz w:val="15"/>
              </w:rPr>
              <w:t>(Mindestinformationen (Pflichtfelder))</w:t>
            </w:r>
          </w:p>
        </w:tc>
      </w:tr>
      <w:tr w:rsidR="00583161" w14:paraId="5D48CFDD" w14:textId="77777777">
        <w:trPr>
          <w:trHeight w:hRule="exact" w:val="656"/>
        </w:trPr>
        <w:tc>
          <w:tcPr>
            <w:tcW w:w="4235" w:type="dxa"/>
            <w:shd w:val="clear" w:color="auto" w:fill="F2F2F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58749968" w14:textId="77777777" w:rsidR="00583161" w:rsidRDefault="00000000">
            <w:pPr>
              <w:spacing w:line="234" w:lineRule="exact"/>
            </w:pPr>
            <w:r>
              <w:rPr>
                <w:b/>
              </w:rPr>
              <w:t xml:space="preserve">WER? </w:t>
            </w:r>
            <w:r>
              <w:rPr>
                <w:i/>
                <w:sz w:val="15"/>
              </w:rPr>
              <w:t>(Kunde / Ansprechpartner /</w:t>
            </w:r>
            <w:r>
              <w:br/>
            </w:r>
            <w:r>
              <w:rPr>
                <w:i/>
                <w:sz w:val="15"/>
              </w:rPr>
              <w:t>Kontaktdaten s.o.)</w:t>
            </w:r>
          </w:p>
        </w:tc>
        <w:tc>
          <w:tcPr>
            <w:tcW w:w="3858" w:type="dxa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0C2E0A2B" w14:textId="77777777" w:rsidR="00583161" w:rsidRDefault="00583161"/>
        </w:tc>
      </w:tr>
      <w:tr w:rsidR="00583161" w14:paraId="4BA04ED0" w14:textId="77777777">
        <w:trPr>
          <w:trHeight w:hRule="exact" w:val="804"/>
        </w:trPr>
        <w:tc>
          <w:tcPr>
            <w:tcW w:w="4235" w:type="dxa"/>
            <w:shd w:val="clear" w:color="auto" w:fill="F2F2F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4D5B2C9F" w14:textId="77777777" w:rsidR="00583161" w:rsidRDefault="00000000">
            <w:pPr>
              <w:spacing w:line="260" w:lineRule="exact"/>
            </w:pPr>
            <w:r>
              <w:t>Verantwortlichkeiten vor Ort</w:t>
            </w:r>
            <w:r>
              <w:br/>
              <w:t>(Zugang, Ansprechpartner)</w:t>
            </w:r>
          </w:p>
        </w:tc>
        <w:tc>
          <w:tcPr>
            <w:tcW w:w="3858" w:type="dxa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3DCBB9B6" w14:textId="77777777" w:rsidR="00583161" w:rsidRDefault="00583161"/>
        </w:tc>
      </w:tr>
      <w:tr w:rsidR="00583161" w14:paraId="062B9BC3" w14:textId="77777777">
        <w:trPr>
          <w:trHeight w:hRule="exact" w:val="1712"/>
        </w:trPr>
        <w:tc>
          <w:tcPr>
            <w:tcW w:w="4235" w:type="dxa"/>
            <w:shd w:val="clear" w:color="auto" w:fill="F2F2F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5FFC5747" w14:textId="77777777" w:rsidR="00583161" w:rsidRDefault="00000000">
            <w:pPr>
              <w:spacing w:line="256" w:lineRule="exact"/>
            </w:pPr>
            <w:r>
              <w:rPr>
                <w:b/>
              </w:rPr>
              <w:t xml:space="preserve">WAS? </w:t>
            </w:r>
            <w:r>
              <w:t xml:space="preserve">Probenart </w:t>
            </w:r>
            <w:r>
              <w:rPr>
                <w:i/>
                <w:sz w:val="15"/>
              </w:rPr>
              <w:t>(ankreuzen)</w:t>
            </w:r>
            <w:r>
              <w:br/>
            </w:r>
            <w:r>
              <w:br/>
            </w:r>
            <w:r>
              <w:br/>
            </w:r>
            <w:r>
              <w:rPr>
                <w:sz w:val="19"/>
              </w:rPr>
              <w:t>Leistungsumfang (Parameter / Anforderungen):</w:t>
            </w:r>
            <w:r>
              <w:br/>
            </w:r>
            <w:r>
              <w:rPr>
                <w:sz w:val="19"/>
              </w:rPr>
              <w:t>Anzahl Proben / Entnahmen:</w:t>
            </w:r>
          </w:p>
        </w:tc>
        <w:tc>
          <w:tcPr>
            <w:tcW w:w="3858" w:type="dxa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6EAD3733" w14:textId="2820F089" w:rsidR="00583161" w:rsidRDefault="00000000">
            <w:pPr>
              <w:spacing w:line="250" w:lineRule="exact"/>
            </w:pPr>
            <w:r>
              <w:t>☐</w:t>
            </w:r>
            <w:proofErr w:type="gramStart"/>
            <w:r>
              <w:t>Trinkwasser  ☐</w:t>
            </w:r>
            <w:proofErr w:type="gramEnd"/>
            <w:r>
              <w:t xml:space="preserve"> Grundwasser</w:t>
            </w:r>
            <w:r>
              <w:br/>
              <w:t xml:space="preserve">☐ </w:t>
            </w:r>
            <w:proofErr w:type="spellStart"/>
            <w:proofErr w:type="gramStart"/>
            <w:r>
              <w:t>Badewasser</w:t>
            </w:r>
            <w:proofErr w:type="spellEnd"/>
            <w:r w:rsidR="00B422F9">
              <w:t xml:space="preserve"> </w:t>
            </w:r>
            <w:r>
              <w:t xml:space="preserve"> ☐</w:t>
            </w:r>
            <w:proofErr w:type="spellStart"/>
            <w:proofErr w:type="gramEnd"/>
            <w:r>
              <w:t>Sonstiges</w:t>
            </w:r>
            <w:proofErr w:type="spellEnd"/>
            <w:r>
              <w:t>:</w:t>
            </w:r>
          </w:p>
        </w:tc>
      </w:tr>
      <w:tr w:rsidR="00583161" w14:paraId="22B2AB4A" w14:textId="77777777">
        <w:trPr>
          <w:trHeight w:hRule="exact" w:val="970"/>
        </w:trPr>
        <w:tc>
          <w:tcPr>
            <w:tcW w:w="4235" w:type="dxa"/>
            <w:shd w:val="clear" w:color="auto" w:fill="F2F2F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5203419C" w14:textId="77777777" w:rsidR="00583161" w:rsidRDefault="00000000">
            <w:pPr>
              <w:spacing w:line="250" w:lineRule="exact"/>
            </w:pPr>
            <w:r>
              <w:rPr>
                <w:b/>
              </w:rPr>
              <w:t>WO?</w:t>
            </w:r>
            <w:r>
              <w:br/>
              <w:t>Standort(e) / Entnahmestellen</w:t>
            </w:r>
          </w:p>
        </w:tc>
        <w:tc>
          <w:tcPr>
            <w:tcW w:w="3858" w:type="dxa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61F8D93C" w14:textId="77777777" w:rsidR="00583161" w:rsidRDefault="00583161"/>
        </w:tc>
      </w:tr>
      <w:tr w:rsidR="00583161" w14:paraId="4D854F22" w14:textId="77777777">
        <w:trPr>
          <w:trHeight w:hRule="exact" w:val="797"/>
        </w:trPr>
        <w:tc>
          <w:tcPr>
            <w:tcW w:w="4235" w:type="dxa"/>
            <w:shd w:val="clear" w:color="auto" w:fill="F2F2F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3B61FD37" w14:textId="77777777" w:rsidR="00583161" w:rsidRDefault="00000000">
            <w:pPr>
              <w:spacing w:line="250" w:lineRule="exact"/>
            </w:pPr>
            <w:r>
              <w:rPr>
                <w:b/>
              </w:rPr>
              <w:t xml:space="preserve">WARUM? </w:t>
            </w:r>
            <w:r>
              <w:rPr>
                <w:i/>
                <w:sz w:val="15"/>
              </w:rPr>
              <w:t>(ankreuzen)</w:t>
            </w:r>
          </w:p>
        </w:tc>
        <w:tc>
          <w:tcPr>
            <w:tcW w:w="3858" w:type="dxa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393BFDD3" w14:textId="77777777" w:rsidR="00583161" w:rsidRDefault="00000000">
            <w:pPr>
              <w:spacing w:line="250" w:lineRule="exact"/>
            </w:pPr>
            <w:r>
              <w:t>☐ Vorgabe GA / gesetzl. Pflicht</w:t>
            </w:r>
            <w:r>
              <w:br/>
              <w:t>☐privat</w:t>
            </w:r>
          </w:p>
        </w:tc>
      </w:tr>
      <w:tr w:rsidR="00583161" w14:paraId="28C3D163" w14:textId="77777777">
        <w:trPr>
          <w:trHeight w:hRule="exact" w:val="612"/>
        </w:trPr>
        <w:tc>
          <w:tcPr>
            <w:tcW w:w="4235" w:type="dxa"/>
            <w:shd w:val="clear" w:color="auto" w:fill="F2F2F2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0E39B022" w14:textId="77777777" w:rsidR="00583161" w:rsidRDefault="00000000">
            <w:pPr>
              <w:spacing w:line="240" w:lineRule="exact"/>
            </w:pPr>
            <w:r>
              <w:rPr>
                <w:b/>
              </w:rPr>
              <w:t xml:space="preserve">WANN? </w:t>
            </w:r>
            <w:r>
              <w:rPr>
                <w:i/>
                <w:sz w:val="15"/>
              </w:rPr>
              <w:t>(Zeitrahmen Terminwunsch / Fristen)</w:t>
            </w:r>
          </w:p>
        </w:tc>
        <w:tc>
          <w:tcPr>
            <w:tcW w:w="3858" w:type="dxa"/>
            <w:tcMar>
              <w:top w:w="0" w:type="dxa"/>
              <w:left w:w="118" w:type="dxa"/>
              <w:bottom w:w="0" w:type="dxa"/>
              <w:right w:w="30" w:type="dxa"/>
            </w:tcMar>
          </w:tcPr>
          <w:p w14:paraId="5626C797" w14:textId="77777777" w:rsidR="00583161" w:rsidRDefault="00583161"/>
        </w:tc>
      </w:tr>
    </w:tbl>
    <w:p w14:paraId="7B447B28" w14:textId="77777777" w:rsidR="00583161" w:rsidRDefault="00000000">
      <w:pPr>
        <w:spacing w:before="20" w:after="76" w:line="260" w:lineRule="exact"/>
        <w:ind w:left="-108"/>
      </w:pPr>
      <w:r>
        <w:rPr>
          <w:b/>
          <w:sz w:val="21"/>
        </w:rPr>
        <w:t>Weitere Notizen / Nächste Schritte</w:t>
      </w:r>
    </w:p>
    <w:tbl>
      <w:tblPr>
        <w:tblW w:w="8093" w:type="dxa"/>
        <w:tblBorders>
          <w:top w:val="single" w:sz="8" w:space="0" w:color="AFAFAF"/>
          <w:left w:val="single" w:sz="8" w:space="0" w:color="AFAFAF"/>
          <w:bottom w:val="single" w:sz="8" w:space="0" w:color="AFAFAF"/>
          <w:right w:val="single" w:sz="8" w:space="0" w:color="AFAFAF"/>
          <w:insideH w:val="single" w:sz="8" w:space="0" w:color="AFAFAF"/>
          <w:insideV w:val="single" w:sz="8" w:space="0" w:color="AFAFAF"/>
        </w:tblBorders>
        <w:tblLayout w:type="fixed"/>
        <w:tblLook w:val="04A0" w:firstRow="1" w:lastRow="0" w:firstColumn="1" w:lastColumn="0" w:noHBand="0" w:noVBand="1"/>
      </w:tblPr>
      <w:tblGrid>
        <w:gridCol w:w="8093"/>
      </w:tblGrid>
      <w:tr w:rsidR="00583161" w14:paraId="60AA07C8" w14:textId="77777777">
        <w:trPr>
          <w:trHeight w:hRule="exact" w:val="2475"/>
        </w:trPr>
        <w:tc>
          <w:tcPr>
            <w:tcW w:w="8093" w:type="dxa"/>
            <w:tcMar>
              <w:top w:w="0" w:type="dxa"/>
              <w:left w:w="118" w:type="dxa"/>
              <w:bottom w:w="0" w:type="dxa"/>
              <w:right w:w="40" w:type="dxa"/>
            </w:tcMar>
          </w:tcPr>
          <w:p w14:paraId="0D35B694" w14:textId="77777777" w:rsidR="00583161" w:rsidRDefault="00583161"/>
        </w:tc>
      </w:tr>
    </w:tbl>
    <w:p w14:paraId="75F97073" w14:textId="77777777" w:rsidR="00583161" w:rsidRDefault="00000000">
      <w:pPr>
        <w:spacing w:before="316" w:line="196" w:lineRule="exact"/>
        <w:jc w:val="center"/>
      </w:pPr>
      <w:r>
        <w:rPr>
          <w:sz w:val="13"/>
        </w:rPr>
        <w:t>FADER Umweltanalytik GmbH | Reichardtstraße 30 a | 76227 Karlsruhe | Deutschland</w:t>
      </w:r>
    </w:p>
    <w:p w14:paraId="7D5BE216" w14:textId="77777777" w:rsidR="00583161" w:rsidRDefault="00000000">
      <w:pPr>
        <w:spacing w:line="196" w:lineRule="exact"/>
        <w:jc w:val="center"/>
      </w:pPr>
      <w:r>
        <w:rPr>
          <w:sz w:val="13"/>
          <w:u w:val="single"/>
        </w:rPr>
        <w:t>info@fader.de</w:t>
      </w:r>
      <w:r>
        <w:rPr>
          <w:sz w:val="13"/>
        </w:rPr>
        <w:t xml:space="preserve"> | +49 (0) 721 94337-0| www.fader.de</w:t>
      </w:r>
    </w:p>
    <w:sectPr w:rsidR="00583161" w:rsidSect="00034616">
      <w:pgSz w:w="8390" w:h="11906"/>
      <w:pgMar w:top="50" w:right="156" w:bottom="0" w:left="249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mo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09357634">
    <w:abstractNumId w:val="8"/>
  </w:num>
  <w:num w:numId="2" w16cid:durableId="1007172500">
    <w:abstractNumId w:val="6"/>
  </w:num>
  <w:num w:numId="3" w16cid:durableId="1443570548">
    <w:abstractNumId w:val="5"/>
  </w:num>
  <w:num w:numId="4" w16cid:durableId="2028754685">
    <w:abstractNumId w:val="4"/>
  </w:num>
  <w:num w:numId="5" w16cid:durableId="881284853">
    <w:abstractNumId w:val="7"/>
  </w:num>
  <w:num w:numId="6" w16cid:durableId="1206720604">
    <w:abstractNumId w:val="3"/>
  </w:num>
  <w:num w:numId="7" w16cid:durableId="1824854196">
    <w:abstractNumId w:val="2"/>
  </w:num>
  <w:num w:numId="8" w16cid:durableId="1782072363">
    <w:abstractNumId w:val="1"/>
  </w:num>
  <w:num w:numId="9" w16cid:durableId="2016297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83161"/>
    <w:rsid w:val="00627444"/>
    <w:rsid w:val="00AA1D8D"/>
    <w:rsid w:val="00B422F9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0F4409A6"/>
  <w14:defaultImageDpi w14:val="300"/>
  <w15:docId w15:val="{9E6AC92A-B157-4710-A14A-712A99B13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pPr>
      <w:spacing w:after="0" w:line="200" w:lineRule="exact"/>
    </w:pPr>
    <w:rPr>
      <w:rFonts w:ascii="Arimo" w:eastAsia="Arimo" w:hAnsi="Arimo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9D0EB3FAB74CD4F94A1A60769815EAE" ma:contentTypeVersion="16" ma:contentTypeDescription="Ein neues Dokument erstellen." ma:contentTypeScope="" ma:versionID="273fa2df2f788fb6bf3870878bb2e661">
  <xsd:schema xmlns:xsd="http://www.w3.org/2001/XMLSchema" xmlns:xs="http://www.w3.org/2001/XMLSchema" xmlns:p="http://schemas.microsoft.com/office/2006/metadata/properties" xmlns:ns2="b95628ed-bd73-44ce-80b7-341680a75e59" xmlns:ns3="d8ef21b9-17fb-4a42-b95b-c0b57660b2c8" targetNamespace="http://schemas.microsoft.com/office/2006/metadata/properties" ma:root="true" ma:fieldsID="75317a4735f5a8c112c85eff20caeb6c" ns2:_="" ns3:_="">
    <xsd:import namespace="b95628ed-bd73-44ce-80b7-341680a75e59"/>
    <xsd:import namespace="d8ef21b9-17fb-4a42-b95b-c0b57660b2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Zweck" minOccurs="0"/>
                <xsd:element ref="ns2:Verantwortlicher" minOccurs="0"/>
                <xsd:element ref="ns2:Stellvertretung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5628ed-bd73-44ce-80b7-341680a75e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Zweck" ma:index="11" nillable="true" ma:displayName="INFOs" ma:format="Dropdown" ma:internalName="Zweck">
      <xsd:simpleType>
        <xsd:restriction base="dms:Note">
          <xsd:maxLength value="255"/>
        </xsd:restriction>
      </xsd:simpleType>
    </xsd:element>
    <xsd:element name="Verantwortlicher" ma:index="12" nillable="true" ma:displayName="Verantwortlicher" ma:description="Die verantwortliche Person für Inhalt &amp; Ordnung eines Hauptordners.&#10;&#10;Sorgt dafür, dass: &#10;- Dokumente richtig abgelegt werden&#10;- veraltete Dokumente entfernt oder&#10;  archiviert werden&#10;- Benennungen eingehalten werden&#10;- keine Dubletten entstehen" ma:format="Dropdown" ma:list="UserInfo" ma:SharePointGroup="0" ma:internalName="Verantwortlich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ellvertretung" ma:index="13" nillable="true" ma:displayName="Stellvertretung" ma:format="Dropdown" ma:list="UserInfo" ma:SharePointGroup="0" ma:internalName="Stellvertretung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fc1464c4-ebbf-47c9-93ba-f14a17db36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ef21b9-17fb-4a42-b95b-c0b57660b2c8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93127839-5814-4494-acde-51017d0f8e5e}" ma:internalName="TaxCatchAll" ma:showField="CatchAllData" ma:web="d8ef21b9-17fb-4a42-b95b-c0b57660b2c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5628ed-bd73-44ce-80b7-341680a75e59">
      <Terms xmlns="http://schemas.microsoft.com/office/infopath/2007/PartnerControls"/>
    </lcf76f155ced4ddcb4097134ff3c332f>
    <Zweck xmlns="b95628ed-bd73-44ce-80b7-341680a75e59" xsi:nil="true"/>
    <Verantwortlicher xmlns="b95628ed-bd73-44ce-80b7-341680a75e59">
      <UserInfo>
        <DisplayName/>
        <AccountId xsi:nil="true"/>
        <AccountType/>
      </UserInfo>
    </Verantwortlicher>
    <Stellvertretung xmlns="b95628ed-bd73-44ce-80b7-341680a75e59">
      <UserInfo>
        <DisplayName/>
        <AccountId xsi:nil="true"/>
        <AccountType/>
      </UserInfo>
    </Stellvertretung>
    <TaxCatchAll xmlns="d8ef21b9-17fb-4a42-b95b-c0b57660b2c8" xsi:nil="true"/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D6253EC-4209-4A7A-AB67-BE8A8C0DBBCA}"/>
</file>

<file path=customXml/itemProps3.xml><?xml version="1.0" encoding="utf-8"?>
<ds:datastoreItem xmlns:ds="http://schemas.openxmlformats.org/officeDocument/2006/customXml" ds:itemID="{1B82C865-EE55-4285-8CFA-7B880D71792D}"/>
</file>

<file path=customXml/itemProps4.xml><?xml version="1.0" encoding="utf-8"?>
<ds:datastoreItem xmlns:ds="http://schemas.openxmlformats.org/officeDocument/2006/customXml" ds:itemID="{D4CB5CFA-420A-47A8-884A-525C68A0BC3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Maximilian Christ | Fader GmbH</cp:lastModifiedBy>
  <cp:revision>2</cp:revision>
  <dcterms:created xsi:type="dcterms:W3CDTF">2013-12-23T23:15:00Z</dcterms:created>
  <dcterms:modified xsi:type="dcterms:W3CDTF">2026-05-20T09:49:00Z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0x010100A9D0EB3FAB74CD4F94A1A60769815EAE</vt:lpwstr>
  </property>
</Properties>
</file>